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de l'informatique.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Boittiaux, Jacqueline/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Université et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algèbre de boole/ arithmétique appliquée/ calcul binaire/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ttraites les chapitres suivants :</w:t>
        <w:br/>
        <w:br/>
        <w:t>-Arithmétique appliquée</w:t>
        <w:br/>
        <w:br/>
        <w:t>-Définition d'un ensemble</w:t>
        <w:br/>
        <w:br/>
        <w:t>-Algébre de boole</w:t>
        <w:br/>
        <w:br/>
        <w:t xml:space="preserve"> - Pratique de calcul binaire</w:t>
        <w:br/>
        <w:br/>
        <w:t xml:space="preserve"> -exercices portant sur l'algèbre de bool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