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basic et ses fichiers. T2, programmes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Boisgontier,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du PSI/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Langages(N°:None)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2865952509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 d'écran/ accès indexé/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 :Fichiers a accès direct</w:t>
        <w:br/>
        <w:br/>
        <w:t>Accès par clé,Tris, Gestion d'écran</w:t>
        <w:br/>
        <w:br/>
        <w:t>Programme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