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 et structures de données statiques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Baba hamed, L/ Hocine,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9789961006306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algorithmique/ structure de donnee/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structuré en plusieurs chapitres qui couvrent les fondamentaux de l’algorithmique ainsi que les structures de données statiques utilisées en informatique.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