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Sécurité informatique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Junod, Pascal/ Oechslin, Philippe/ Avoine, Gildas/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Bibliogr.Index  p.p. 283-286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9782711748600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informatique/ mesure de sécurité/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pédagogique qui offre une introduction approfondie aux concepts fondamentaux de la sécurité informatique. Il s'adresse aux étudiants, aux professionnels de l'informatique et à toute personne souhaitant acquérir des connaissances solides dans ce domaine crucial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