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Access 97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Barker, F. Scott/ Benhamnia, Gholamreza/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902-917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access/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commence par une introduction aux concepts fondamentaux d'Access 97, en expliquant la structure des bases de données relationnelles et les outils intégrés d'Access. Il guide ensuite le lecteur à travers les étapes de développement d'applications robustes et personnalisées.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