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Micosoft Word XP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Belaid, Mc./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Eurl Pages Bleues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Informatique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9789961734711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suite bureautique/ mise en forme du texte/ </w:t>
            </w:r>
          </w:p>
        </w:tc>
      </w:tr>
    </w:tbl>
    <w:p>
      <w:pPr>
        <w:pStyle w:val="Heading3"/>
      </w:pPr>
      <w:r>
        <w:t>Résumé :</w:t>
      </w:r>
    </w:p>
    <w:p>
      <w:r>
        <w:t>Cet ouvrage vise à familiariser rapidement les utilisateurs avec Microsoft Word XP, en explorant ses multiples fonctionnalités pour le traitement de texte et l'édition 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