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Benghezal, Amor Farouk/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2èm.éd.revue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Bibliogr.p.p.381-384.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réédité dans le souci notamement: De Mieux faire comprendre à l'étudiant le role important que joue le programmation linéaire dans processus de prise de décision des opérateurs économiques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