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Bellan,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Atelier(N°:None)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 p.p.483-487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2729825770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access/ base de donnée relationnelle/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 livre est de fournir les notions fondamentales sur Microsoft Access et les bases de données en général. Il guide le lecteur à travers la construction d'une petite base de données, en abordant des concepts clés tels que :</w:t>
        <w:br/>
        <w:br/>
        <w:t>-Les objets d'une base de données : Compréhension des tables, formulaires, requêtes et états.</w:t>
        <w:br/>
        <w:br/>
        <w:t>-La planification d'une base de données :étapes préalables à la création pour assurer une structure efficace.</w:t>
        <w:br/>
        <w:br/>
        <w:t>-La création et la modification de tables : Définition des champs, types de données et clés primaires.</w:t>
        <w:br/>
        <w:br/>
        <w:t>L'utilisation de formulaires : Faciliter la saisie et la consultation des données.</w:t>
        <w:br/>
        <w:br/>
        <w:t>-Les requêtes : Interroger et manipuler les données selon des critères spécifiques.</w:t>
        <w:br/>
        <w:br/>
        <w:t>-Les états : Générer des rapports imprimables pour présenter les données de manière structurée.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