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Mottet, Monique/ Toullec, Jean/ Atkins, Peter/ Paula, Julio 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973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959-973</w:t>
            </w:r>
          </w:p>
        </w:tc>
      </w:tr>
      <w:tr>
        <w:trPr>
          <w:trHeight w:val="567"/>
        </w:trPr>
        <w:tc>
          <w:tcPr>
            <w:tcW w:type="dxa" w:w="3000"/>
          </w:tcPr>
          <w:p>
            <w:r>
              <w:t>Numéro d'Identification</w:t>
            </w:r>
          </w:p>
        </w:tc>
        <w:tc>
          <w:tcPr>
            <w:tcW w:type="dxa" w:w="7000"/>
          </w:tcPr>
          <w:p>
            <w:r>
              <w:t>9782804166519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spectroscopie/ </w:t>
            </w:r>
          </w:p>
        </w:tc>
      </w:tr>
    </w:tbl>
    <w:p>
      <w:pPr>
        <w:pStyle w:val="Heading3"/>
      </w:pPr>
      <w:r>
        <w:t>Résumé :</w:t>
      </w:r>
    </w:p>
    <w:p>
      <w:r>
        <w:t>Cet ouvrage  rénovée et accomplie de l'ouvrage de référence de la chimie physique Cette 4e édition du traité de Chimie physique (Atkins'physical chemistry) de Peter Atkins et de Julio de Paula, incorpore les remaniements et les nouveautés de la 9e édition en langue anglaise. Chimie physique de Atkins est un ouvrage fondamental qui, depuis sa première édition en 1978, a exercé une influence prépondérante sur le développement et l'enseignement de la chimie physique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