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numérique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Chtcherbatski, I./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220 p. .</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collection le cours de mathématique(N°:None)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analyse numérique/ optimisation/ </w:t>
            </w:r>
          </w:p>
        </w:tc>
      </w:tr>
    </w:tbl>
    <w:p>
      <w:pPr>
        <w:pStyle w:val="Heading3"/>
      </w:pPr>
      <w:r>
        <w:t>Résumé :</w:t>
      </w:r>
    </w:p>
    <w:p>
      <w:r>
        <w:t>Le livre analyse numérique : cours et problèmes est un ouvrage pédagogique qui traite des méthodes numériques utilisées pour résoudre des problèmes mathématiques complexes. Il présente les concepts de base de l'analyse numérique, tels que les approximations de fonctions, les erreurs numériques, la résolution d'équations, l'intégration numérique, ainsi que l'optimisation et les méthodes de résolution de systèmes linéaires. Chaque chapitre comprend des explications théoriques suivies d'exemples pratiques et de problèmes d'application pour aider les lecteurs à assimiler les techniques abordées.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