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Limites, fonctions continues, fonctions dérivables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Jean-Jacques/ Malbec,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9782854288506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Aborde les questions classiques de continuité et dérivabilité des fonctions d'une variable réelle. Chaque chapitre contient un rappel de cours et une liste d'exercices, chacun d'entre eux étant suivi d'une 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