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complexes, polynômes et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Colin, Jean-Jacques/ Morvan,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9782854289756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nombre complexe/ polynome/ analyse complexe/ algèbre polynomiale/ </w:t>
            </w:r>
          </w:p>
        </w:tc>
      </w:tr>
    </w:tbl>
    <w:p>
      <w:pPr>
        <w:pStyle w:val="Heading3"/>
      </w:pPr>
      <w:r>
        <w:t>Résumé :</w:t>
      </w:r>
    </w:p>
    <w:p>
      <w:r>
        <w:t>Abordant les questions de nombres complexes, polynômes et fractions rationnelles, avec un rappel de cours et des exercices corrigés et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