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tome 2 aborde les fonctions de plusieurs variables, les intégrables multiples , l'analyse vectorielle.puis essentiellemnt l'algèbre linéaire du programme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