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préparation à l'agrégation de mathématiques.T4,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Arnaudiès,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2729858229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quatrième et dernier tome d'un recueil qui rassemble la majeure partie des problèmes proposés aux étudiants de la préparation à l'agrégation de mathématiques (concours interne).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