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supérieures pour l'homme moderne.T4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d'étude pour l'expansion de la recherche scientifique/ Amice, Yvette./ Laudet, Michel/ Depaix, Michel/ Dehame, Edouared/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IX-114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Nou souhaitons que cette série contribue  à donne( une base solide à la culture mathématique de l'homme moderne, et que prélendre pouvoir lui fournir tous les outils dont il peut avoir à se servir, elle l'aide, au minimum,à dépasser les oppositions stériles du type mathématique classique contre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