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d'analyse complexe et équations différentielles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Barreira, Luis/ Clàudia, Valls/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sup. Mathématiques(N°:None)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9782759806164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fonctionnelle/ </w:t>
            </w:r>
          </w:p>
        </w:tc>
      </w:tr>
    </w:tbl>
    <w:p>
      <w:pPr>
        <w:pStyle w:val="Heading3"/>
      </w:pPr>
      <w:r>
        <w:t>Résumé :</w:t>
      </w:r>
    </w:p>
    <w:p>
      <w:r>
        <w:t>Ce document propose une introduction à l'analyse complexe et aux équations différentielles. Il aborde notamment les fonctions holomorphes, les fonctions analytiques, les équations différentielles ordinaires, les séries de Fourier et les applications aux équations et aux dérivées partielles.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