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calcul différentiel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Cartan,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calcul différentiel / équation/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livre est, tout à la fois, d'introduire les méthodes à la base du calcul différentiel et les équations différentielles dans les espaces de Banach.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