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Chevallet, Jacques/ Dehame,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271172087X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les principaux thèmes de l'algèbre étudiés dans les cursus de mathématiques de niveau supérieur, avec un accent particulier sur les classes préparatoires aux grandes écoles. Il contient :</w:t>
        <w:br/>
        <w:br/>
        <w:t>" Précis de cours : une présentation claire et concise des notions fondamentales d'algèbre, telles que les groupes, les anneaux, les espaces vectoriels, les matrices, les déterminants, les polynômes, les équations polynomiales, etc.</w:t>
        <w:br/>
        <w:br/>
        <w:t>" Exercices corrigés : 210 exercices répartis en différentes sections, permettant aux étudiants de tester leur compréhension et de progresser à leur rythme. Chaque exercice est accompagné d'une correction détaillée pour expliquer la méthode de résolution et aider à surmonter les difficultés rencontrées.</w:t>
        <w:br/>
        <w:br/>
        <w:t>" Conseils méthodologiques : des astuces pratiques pour aborder les problèmes d'algèbre de manière efficace, améliorer la rigueur dans les démonstrations et réussir les examens.</w:t>
        <w:br/>
        <w:br/>
        <w:t>L'ouvrage est structuré de manière progressive, en commençant par des exercices de difficulté modérée et en allant jusqu'à des problèmes plus complexes, offrant ainsi un apprentissage structuré.</w:t>
        <w:br/>
        <w:br/>
        <w:t>En somme, ce livre est un excellent outil pour les étudiants des classes préparatoires qui souhaitent se préparer efficacement aux concours et examens d'algèbre.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