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pratique des fonctions d'une variable 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Baddari,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nombre complexe/ dérivée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Exposant de manière pédagogique et pratique tous les éléments nécessaires à la compréhension et à l'application des méthodes fondamentales de la théorie des fonctions d'une variable complexe. il est organisé en douze chapitres illustrés par des des 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