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concepts de chimie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Quéré, Frédéric/ Couty, Marc/ Atkins, Peter William/ Chambaud, Gilberte/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437-461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210003944X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constante d’équilibre/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définit  plus de 1 000 concepts clés nécessaires à l'étudiant. Une entrée par ordre alphabétique, de "Absorption" à "Voltamétrie", une signalétique claire et un index détaillé permettent de retrouver très rapidement l'information recherchée. Outil de travail efficace et original, ce livre est destiné à tous ceux qui ont besoin de se remémorer des notions de chimie physique dans le cadre de leurs études ou de leur vie professionnelle.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