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corps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Carrega, Jean-Claude/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Actualités scientifiques et industrielles(N°:None)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2705614028</w:t>
            </w:r>
          </w:p>
        </w:tc>
      </w:tr>
      <w:tr>
        <w:trPr>
          <w:trHeight w:val="567"/>
        </w:trPr>
        <w:tc>
          <w:tcPr>
            <w:tcW w:type="dxa" w:w="3000"/>
          </w:tcPr>
          <w:p>
            <w:r>
              <w:t>Sujet(s)</w:t>
            </w:r>
          </w:p>
        </w:tc>
        <w:tc>
          <w:tcPr>
            <w:tcW w:type="dxa" w:w="7000"/>
          </w:tcPr>
          <w:p>
            <w:r>
              <w:t xml:space="preserve">calcul intégral/ calcul différentiel / </w:t>
            </w:r>
          </w:p>
        </w:tc>
      </w:tr>
    </w:tbl>
    <w:p>
      <w:pPr>
        <w:pStyle w:val="Heading3"/>
      </w:pPr>
      <w:r>
        <w:t>Résumé :</w:t>
      </w:r>
    </w:p>
    <w:p>
      <w:r>
        <w:t>L'ouvrage présente les concepts fondamentaux du calcul différenctiel et intégral, essentiels pour comprendre les mathématiques avancées. Le livre aborde les limites, la continuité, les dérivées, et les applications des fonctions. Il explore également le calcul intégral, y compris les techniques d'intégration et les applications pratiques. Chaque chapitre est doté d'exercices variés, allant des niveaux fondamentaux aux problèmes plus complexes, suivis de solutions détaillées pour aider à la compréhension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