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quinze] 115 exercices d'analyse, intégration et 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de la RMS(N°:6)</w:t>
            </w:r>
          </w:p>
        </w:tc>
      </w:tr>
      <w:tr>
        <w:trPr>
          <w:trHeight w:val="567"/>
        </w:trPr>
        <w:tc>
          <w:tcPr>
            <w:tcW w:type="dxa" w:w="3000"/>
          </w:tcPr>
          <w:p>
            <w:r>
              <w:t>Numéro d'Identification</w:t>
            </w:r>
          </w:p>
        </w:tc>
        <w:tc>
          <w:tcPr>
            <w:tcW w:type="dxa" w:w="7000"/>
          </w:tcPr>
          <w:p>
            <w:r>
              <w:t>2711788059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 ouvrage  propose une série d'exercices pratiques destinés aux étudiants en mathématiques pour les aider à mieux comprendre les concepts d'analyse. Le livre couvre divers thèmes tels que les limites, la continuité, les dérivées, l'intégration, les séries, et les fonctions de plusieurs variables. Les exercices sont variés, allant des problèmes simples d'application directe à des défis plus complexes qui requièrent une réflexion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