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élémentaire des fonctions analytiques d'une ou plusieurs variables complexes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Cartan; Henri/ Takahashi, Reiji/ </w:t>
            </w:r>
          </w:p>
        </w:tc>
      </w:tr>
      <w:tr>
        <w:trPr>
          <w:trHeight w:val="567"/>
        </w:trPr>
        <w:tc>
          <w:tcPr>
            <w:tcW w:type="dxa" w:w="3000"/>
          </w:tcPr>
          <w:p>
            <w:r>
              <w:t>Edition</w:t>
            </w:r>
          </w:p>
        </w:tc>
        <w:tc>
          <w:tcPr>
            <w:tcW w:type="dxa" w:w="7000"/>
          </w:tcPr>
          <w:p>
            <w:r>
              <w:t>6 éd.</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Enseignement des sciences(N°:1)</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2705652159</w:t>
            </w:r>
          </w:p>
        </w:tc>
      </w:tr>
      <w:tr>
        <w:trPr>
          <w:trHeight w:val="567"/>
        </w:trPr>
        <w:tc>
          <w:tcPr>
            <w:tcW w:type="dxa" w:w="3000"/>
          </w:tcPr>
          <w:p>
            <w:r>
              <w:t>Sujet(s)</w:t>
            </w:r>
          </w:p>
        </w:tc>
        <w:tc>
          <w:tcPr>
            <w:tcW w:type="dxa" w:w="7000"/>
          </w:tcPr>
          <w:p>
            <w:r>
              <w:t xml:space="preserve">fonction analytique/ </w:t>
            </w:r>
          </w:p>
        </w:tc>
      </w:tr>
    </w:tbl>
    <w:p>
      <w:pPr>
        <w:pStyle w:val="Heading3"/>
      </w:pPr>
      <w:r>
        <w:t>Résumé :</w:t>
      </w:r>
    </w:p>
    <w:p>
      <w:r>
        <w:t>Cet ouvrage est une introduction approfondie à la théorie des fonctions analytiques, traitant aussi bien des fonctions d'une variable complexe que de plusieurs variables complexes. Henri Cartan y explore les propriétés fondamentales de ces fonctions, en se basant sur des concepts clés tels que la continuité, la différentiabilité, et l'intégrabilité. Il développe des résultats importants comme le théorème de Cauchy sur l'intégration, ainsi que les séries de Laurent et de Taylor, tout en mettant en lumière les applications de ces théories dans divers domaines des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