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champion de la bureautique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Belaid, M.C/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Edition Pages Bleues Internationales/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9789947850060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access/ excel/ word/ power point/ </w:t>
            </w:r>
          </w:p>
        </w:tc>
      </w:tr>
    </w:tbl>
    <w:p>
      <w:pPr>
        <w:pStyle w:val="Heading3"/>
      </w:pPr>
      <w:r>
        <w:t>Résumé :</w:t>
      </w:r>
    </w:p>
    <w:p>
      <w:r>
        <w:t>Cet ouvrage étude les chapitres suivants: Techniqurs de traitement de texte avec word XP,Techniques du tableur avec excel XP.</w:t>
        <w:br/>
        <w:br/>
        <w:t>Gestion des bases de données avec access XP.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