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la logique câblée aux microprocesseurs. T3, méthodes de conception de systèmes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Jean-Michel/ Hugon,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7ème éd.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technique et scientifique des télécommunications(N°:None)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qui s'appuie sur un enseignement dispensé à des ingénieurs et techniciens et sur une partique industrielle,rendra j'en suis persuadé,de nombreux services aux concepteurs d'ensembles numériques en systèmatisant leurs études et en conservant à leur démarche la rigueur et la clarté qui conduisent à des systèmes simples et fiables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