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Microsoft Excel XP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Belaid, M.C/ </w:t>
            </w:r>
          </w:p>
        </w:tc>
      </w:tr>
      <w:tr>
        <w:trPr>
          <w:trHeight w:val="567"/>
        </w:trPr>
        <w:tc>
          <w:tcPr>
            <w:tcW w:type="dxa" w:w="3000"/>
          </w:tcPr>
          <w:p>
            <w:r>
              <w:t>Adresse bib.</w:t>
            </w:r>
          </w:p>
        </w:tc>
        <w:tc>
          <w:tcPr>
            <w:tcW w:type="dxa" w:w="7000"/>
          </w:tcPr>
          <w:p>
            <w:r>
              <w:t xml:space="preserve">Les Editions Les Pages Bleues Internationales/ </w:t>
            </w:r>
          </w:p>
        </w:tc>
      </w:tr>
      <w:tr>
        <w:trPr>
          <w:trHeight w:val="567"/>
        </w:trPr>
        <w:tc>
          <w:tcPr>
            <w:tcW w:type="dxa" w:w="3000"/>
          </w:tcPr>
          <w:p>
            <w:r>
              <w:t>Nombre de Pages</w:t>
            </w:r>
          </w:p>
        </w:tc>
        <w:tc>
          <w:tcPr>
            <w:tcW w:type="dxa" w:w="7000"/>
          </w:tcPr>
          <w:p>
            <w:r>
              <w:t>143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Informatique en poche(N°:None)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9961734696</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microsoft excel/ </w:t>
            </w:r>
          </w:p>
        </w:tc>
      </w:tr>
    </w:tbl>
    <w:p>
      <w:pPr>
        <w:pStyle w:val="Heading3"/>
      </w:pPr>
      <w:r>
        <w:t>Résumé :</w:t>
      </w:r>
    </w:p>
    <w:p>
      <w:r>
        <w:t>Cet ouvrage traite de l'utilisation du tableur Microsoft Excel XP à travers des exemples pratiques relevant des domaines de calcul, de gestion et d'organisation. L'ouvrage est réparti en quatre 04 chapitres, chaque chapitre contient un ensemble de Tableaux pratiques qui sont corrigés dans l'annexe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