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Tous les exercices de chimie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100 %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311-314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Ce livre d'exercices corrigés est destiné aux élèves de première année de classes préparatoires scientifiques PCSI. Il propose : une présentation pédagogique assurant une bonne transition entre la classe de terminale et la prépa ; des rappels de cours synthétiques ; Des exercices d'assimilation rapide et d'approfondissement sous forme d'énoncés détaillés pour guider l'élève et favoriser son autonomie, en grande partie extrait ou adaptés de concours récents.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