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Bellec,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"cours complet, plus de 70 exercices, tous les corrigés détaillés"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9782311012408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structure electronique 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l'ensemble du programme de chimie organique. Constitué d'un cours complet et d'exercices intégralement corrigés, chaque chapitre aborde une fonction chimique particulière, formant un corpus indispensable à l'étudiant pour réussir son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