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Annales corrigés 1er année université mathématiques I-II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Benallou; Zohra/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EXAM(N°:None)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9789931476054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matrice/ </w:t>
            </w:r>
          </w:p>
        </w:tc>
      </w:tr>
    </w:tbl>
    <w:p>
      <w:pPr>
        <w:pStyle w:val="Heading3"/>
      </w:pPr>
      <w:r>
        <w:t>Résumé :</w:t>
      </w:r>
    </w:p>
    <w:p>
      <w:r>
        <w:t>[trante] 30 sujet corrigès ; apportera une aide efficace aux  étudiants de la premiere année LMD pour mieux aborder les méthodes introduites au début des études supérieures ; ont été selctionnés parmi plusieurs épreuves universitaires (alger-bejaia- tlemcen -constantine-maroc- tunisie -france).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