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Maurice/ </w:t>
            </w:r>
          </w:p>
        </w:tc>
      </w:tr>
      <w:tr>
        <w:trPr>
          <w:trHeight w:val="567"/>
        </w:trPr>
        <w:tc>
          <w:tcPr>
            <w:tcW w:type="dxa" w:w="3000"/>
          </w:tcPr>
          <w:p>
            <w:r>
              <w:t>Edition</w:t>
            </w:r>
          </w:p>
        </w:tc>
        <w:tc>
          <w:tcPr>
            <w:tcW w:type="dxa" w:w="7000"/>
          </w:tcPr>
          <w:p>
            <w:r>
              <w:t>3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9782100582402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aide-mémoire contient toutes les formules et les définitions mathématiques utiles à l'ingénieur en formation ou en activité. De nombreuses tables de fonctions ainsi que de lois statistiques sont fournies, permettant de trouver facilement la formule ou la donnée recherchée. Cette troisième édition apporte des compléments sur la théorie de l'approximation et de manière plus détaillée: le calcul approché d'intégrales, le calcul approché de dérivées, l'analyse numérique des équations différentielles, l'optimisation dans R et N et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