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Exercices de mathématiques pour l'agrégation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Fermigier, Stéphane/ Maillot, Vincent/ Chambert-Loir, Antoine/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Masson, 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Agrégation de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2225853851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analyse mathématique/ </w:t>
            </w:r>
          </w:p>
        </w:tc>
      </w:tr>
    </w:tbl>
    <w:p>
      <w:pPr>
        <w:pStyle w:val="Heading3"/>
      </w:pPr>
      <w:r>
        <w:t>Résumé :</w:t>
      </w:r>
    </w:p>
    <w:p>
      <w:r>
        <w:t>Ces exercices couvrent le programme d'analyse de l'agrégation : topologie, suites et séries, intégration. A chaque fois, il propose  les théorèmes fondamentaux, les exemples importants, présentant un intérêt mathématique propre, des exemples et contre-exemples.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