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Couty, Raymond/ Ezra,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