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Bernard/ Calvo, Adina/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Amphi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 présente le vocabulaire de la htéorie des ensembles.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