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finite element method for elliptic problems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Ciarlet, Philippe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North-Holland publishing company/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Studies in mathematics and its applications(N°:None)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0444850287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finite element/ analysis / </w:t>
            </w:r>
          </w:p>
        </w:tc>
      </w:tr>
    </w:tbl>
    <w:p>
      <w:pPr>
        <w:pStyle w:val="Heading3"/>
      </w:pPr>
      <w:r>
        <w:t>Résumé :</w:t>
      </w:r>
    </w:p>
    <w:p>
      <w:r>
        <w:t>The Finite Element Method for Elliptic Problems is the only book available that fully analyzes the mathematical foundations of the finite element method. It is a valuable reference and introduction to current research on the numerical analysis of the finite element method, and also a working textbook for graduate courses in numerical analysis.</w:t>
        <w:br/>
        <w:br/>
        <w:t xml:space="preserve"> It includes many useful figures, as well as exercises of varying difficulty. Although nearly 25 years have passed since this book was first published, the majority of its content remains up-to-date.</w:t>
        <w:br/>
        <w:br/>
        <w:t xml:space="preserve"> Chapters 1 through 6, which cover the basic error estimates for elliptic problems, are still the best available sources for material on this topic.</w:t>
        <w:br/>
        <w:br/>
        <w:t xml:space="preserve"> The material covered in Chapters 7 and 8, however, has undergone considerable progress in terms of new applications of the finite element method. As such the author has provided a bibliography of recent texts that complement the classic material in these chapters.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