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Condamine,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Vissio 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géométire/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troisième d'une série de trois tomes consacrés au programme mathématique des classes de terminales C et E.</w:t>
        <w:br/>
        <w:br/>
        <w:t>Il expose le programme d'algèbre.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