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Maintenir et optimiser son 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Merzouk, S./ 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Les Plages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savoir(N°:None)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9789947850121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maitenance préventive/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:Anatomic de l'ordinateur, Maintenence préventive,Depannage et réparation.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