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de la variable complexe.T1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Bousseboua, Moussedek/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9789961014646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complexe/ fonction analytique/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 rappel de cours succint pour chaque chapitre ainsi que le corrigé des exercices et problèmes relatifs à l'analyse complexe. dans ce tome on trouve les solutions des exercices  et oroblèmes des chapitres sur le théorèmes des résidus et ses applications aux calculs d'intégrales.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