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Butin, Frédéric/ Picq, Martine/ Pousin,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9782729880361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 concepts et théorèmes mathématiques (équations différentielles, séries numériques, suites et séries d'applications, séries entières, espaces vectoriels normes, séries de Fourier, calcul différentiel, intégration, probabilités) pour apprendre à les mettre en oeuvre dans des situations diverses.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