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Symétrie et structure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Angenault, Jacques/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Vuibert/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646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Nouvelle collection de chimie(N°:None)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2711789950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chimie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cristallochimie/ Chimie théorique/ </w:t>
            </w:r>
          </w:p>
        </w:tc>
      </w:tr>
    </w:tbl>
    <w:p>
      <w:pPr>
        <w:pStyle w:val="Heading3"/>
      </w:pPr>
      <w:r>
        <w:t>Résumé :</w:t>
      </w:r>
    </w:p>
    <w:p>
      <w:r>
        <w:t>Décrit à un niveau élémentaire les corrélations entre la structure des éléments et leurs propriétés, en chimie de l'état solide.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