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generale.T1, atomistique, thermochimie, equilibres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Atlani, Charley/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 S.A./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Cahiers du PCEM(N°:None)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générale/ atomistique/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explique la chimie generale.  atomistique, thermochimie, equilibres : rappels de cours et exercices et anales corriges.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