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Rosset, Robert/ Bauer, Denise/ Bard, Allen J/ Faulkner, Larry 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23eme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 787-791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2225785953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électrochimie/ chimie générale/ </w:t>
            </w:r>
          </w:p>
        </w:tc>
      </w:tr>
    </w:tbl>
    <w:p>
      <w:pPr>
        <w:pStyle w:val="Heading3"/>
      </w:pPr>
      <w:r>
        <w:t>Résumé :</w:t>
      </w:r>
    </w:p>
    <w:p>
      <w:r>
        <w:t>L'éléctrochimie est aussi une discipline ou il est possible de pousser fort loin la description et la prévision des phénoménes par des relation mathématiques rigoureuses et c'est peut-étre la que résside la plus grande ririchese de se livre .Quelle que soint la méthode électrochimique, le lecteur le plus exigeant y trouvera toujours les développements mathematiques correspondants.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