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de boole &amp; fonctions 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Belaid, M.C/ </w:t>
            </w:r>
          </w:p>
        </w:tc>
      </w:tr>
      <w:tr>
        <w:trPr>
          <w:trHeight w:val="567"/>
        </w:trPr>
        <w:tc>
          <w:tcPr>
            <w:tcW w:type="dxa" w:w="3000"/>
          </w:tcPr>
          <w:p>
            <w:r>
              <w:t>Adresse bib.</w:t>
            </w:r>
          </w:p>
        </w:tc>
        <w:tc>
          <w:tcPr>
            <w:tcW w:type="dxa" w:w="7000"/>
          </w:tcPr>
          <w:p>
            <w:r>
              <w:t xml:space="preserve">Pages bleues internationales/ </w:t>
            </w:r>
          </w:p>
        </w:tc>
      </w:tr>
      <w:tr>
        <w:trPr>
          <w:trHeight w:val="567"/>
        </w:trPr>
        <w:tc>
          <w:tcPr>
            <w:tcW w:type="dxa" w:w="3000"/>
          </w:tcPr>
          <w:p>
            <w:r>
              <w:t>Nombre de Pages</w:t>
            </w:r>
          </w:p>
        </w:tc>
        <w:tc>
          <w:tcPr>
            <w:tcW w:type="dxa" w:w="7000"/>
          </w:tcPr>
          <w:p>
            <w:r>
              <w:t>80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Cahiers du savoir(N°:None)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9961734440</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algèbre de boole/ variable binaire/ </w:t>
            </w:r>
          </w:p>
        </w:tc>
      </w:tr>
    </w:tbl>
    <w:p>
      <w:pPr>
        <w:pStyle w:val="Heading3"/>
      </w:pPr>
      <w:r>
        <w:t>Résumé :</w:t>
      </w:r>
    </w:p>
    <w:p>
      <w:r>
        <w:t>L'algèbre de Boole est une branche des mathématiques qui traite des variables binaires et des opérations logiques. Elle est fondamentale en informatique et en électronique, car elle permet de concevoir des circuits logiques et de manipuler des données binaires. Les opérations de base incluent l'AND, l'OR et le NOT, qui peuvent être combinées pour former des expressions logiques complexes. Les fonctions logiques, quant à elles, sont des expressions qui prennent des valeurs d'entrée binaires et produisent une valeur de sortie binaire, souvent utilisées dans la conception de circuits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