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Géométrie algorithmique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Boissonna, Jean-Daniel/ Mariette, Yvinec/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 international/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 515-530. Index p.p 336-340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2840741121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 algorithmique/ </w:t>
            </w:r>
          </w:p>
        </w:tc>
      </w:tr>
    </w:tbl>
    <w:p>
      <w:pPr>
        <w:pStyle w:val="Heading3"/>
      </w:pPr>
      <w:r>
        <w:t>Résumé :</w:t>
      </w:r>
    </w:p>
    <w:p>
      <w:r>
        <w:t>Ce livre présente les fondements de cette discipline qui associe algorithmique et géométrie combinatoire .il introduit les principales structures géométrique :polytopes,triangulations,arrangements et diagrammesde voronoi,et réserve une place centrale à la randomisation,techniqueprobabiliste qui conduit à des méthodes générales,simples et efficaces.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