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Dessaigne, Aurélie/ Bantegnies, Florence/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9782091604008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Un manuel destiné aux étudiants de classes préparatoires scientifiques (PCSI et PTSI).  couvre les concepts fondamentaux d'algèbre et de géométrie, en lien avec le programme officiel.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