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Théorie de l'intégration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Pagès, Gilles/ Briane,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333-336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271177189X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intégral/ </w:t>
            </w:r>
          </w:p>
        </w:tc>
      </w:tr>
    </w:tbl>
    <w:p>
      <w:pPr>
        <w:pStyle w:val="Heading3"/>
      </w:pPr>
      <w:r>
        <w:t>Résumé :</w:t>
      </w:r>
    </w:p>
    <w:p>
      <w:r>
        <w:t>Manuel contenant les bases de la théorie d'intégration de Lebesgue et ses premières applications. 200 exercices résolus et 11 problèmes de synthèse posés aux examens sont proposés.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