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linéaire.T1, espaces vectoriels, polynômes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Leboeuf, Christian/ Cabane, Robert/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223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Algèbre linéaire(N°:1)</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2729887040</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espace vectoriel/ algébre linéaire/ </w:t>
            </w:r>
          </w:p>
        </w:tc>
      </w:tr>
    </w:tbl>
    <w:p>
      <w:pPr>
        <w:pStyle w:val="Heading3"/>
      </w:pPr>
      <w:r>
        <w:t>Résumé :</w:t>
      </w:r>
    </w:p>
    <w:p>
      <w:r>
        <w:t>L'algèbre linéaire est une branche des mathématiques qui étudie les espaces vectoriels et les transformations linéaires. Un espace vectoriel est un ensemble de vecteurs qui peuvent être additionnés ensemble et multipliés par des scalaires. Les propriétés fondamentales des espaces vectoriels incluent la commutativité de l'addition, l'existence d'un vecteur nul, et la possibilité de former des combinaisons linéaires.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