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Intégrales généralisées, intégrales dépendant d'un paramètre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Boucetta,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Bien débuter en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9782364930810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intégral/ intégrale impropre/ </w:t>
            </w:r>
          </w:p>
        </w:tc>
      </w:tr>
    </w:tbl>
    <w:p>
      <w:pPr>
        <w:pStyle w:val="Heading3"/>
      </w:pPr>
      <w:r>
        <w:t>Résumé :</w:t>
      </w:r>
    </w:p>
    <w:p>
      <w:r>
        <w:t>Des synthèses de cours et des exercices de difficulté croissante du type de ceux posés aux concours et examens.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