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Mathématique, exercices corrigés avec rappels de cours.T1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Berrebi, Edmond/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 et statistique de l'économie(N°:None)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2040121110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linéaiare/ fonction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d'exercices est le complement indispensable des cours de mathématique.le volume s'adresse essentiellement aux étudiants de siences économiques et de gestion, de M.A.S.S.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