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d'analyse 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mathematique/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expose un certain nombre de techniques d'analyse dont tout les étudiants de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