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supérieures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Nikol'skij, Sergej Mihailovic/ Bugrov,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Traduit du russe.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recueil de problèmes concerne notre cours de mathématiques supérieures édité en fracais en deux tomes</w:t>
        <w:br/>
        <w:br/>
        <w:t>cours de mathématiques supérieures.tome 1</w:t>
        <w:br/>
        <w:br/>
        <w:t>Calcul différientiels et intégral,élémentd d'algebre linéaire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